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5BD2D" w14:textId="59AFAFBE" w:rsidR="003A7EEF" w:rsidRDefault="003A7EEF" w:rsidP="003A7EEF">
      <w:pPr>
        <w:pStyle w:val="Titre1"/>
        <w:spacing w:before="0"/>
        <w:jc w:val="center"/>
        <w:rPr>
          <w:rFonts w:ascii="Calibri" w:hAnsi="Calibri" w:cs="Calibri"/>
          <w:color w:val="002060"/>
          <w:lang w:val="fr-FR"/>
        </w:rPr>
      </w:pPr>
      <w:r w:rsidRPr="003A7EEF">
        <w:rPr>
          <w:rFonts w:ascii="Calibri" w:hAnsi="Calibri" w:cs="Calibri"/>
          <w:color w:val="002060"/>
          <w:lang w:val="fr-FR"/>
        </w:rPr>
        <w:t>FICHE VISITE ALTERNANCE</w:t>
      </w:r>
    </w:p>
    <w:p w14:paraId="7256AC1C" w14:textId="77777777" w:rsidR="003A7EEF" w:rsidRDefault="003A7EEF" w:rsidP="00EC17BB">
      <w:pPr>
        <w:pStyle w:val="Titre1"/>
        <w:spacing w:before="0"/>
        <w:rPr>
          <w:rFonts w:ascii="Calibri" w:hAnsi="Calibri" w:cs="Calibri"/>
          <w:lang w:val="fr-FR"/>
        </w:rPr>
      </w:pPr>
    </w:p>
    <w:p w14:paraId="22E8819D" w14:textId="1359AD36" w:rsidR="006E05C5" w:rsidRPr="003A7EEF" w:rsidRDefault="00000000" w:rsidP="00EC17BB">
      <w:pPr>
        <w:pStyle w:val="Titre1"/>
        <w:spacing w:before="0"/>
        <w:rPr>
          <w:rFonts w:ascii="Calibri" w:hAnsi="Calibri" w:cs="Calibri"/>
          <w:color w:val="002060"/>
          <w:lang w:val="fr-FR"/>
        </w:rPr>
      </w:pPr>
      <w:r w:rsidRPr="003A7EEF">
        <w:rPr>
          <w:rFonts w:ascii="Calibri" w:hAnsi="Calibri" w:cs="Calibri"/>
          <w:color w:val="002060"/>
          <w:lang w:val="fr-FR"/>
        </w:rPr>
        <w:t>Informations générales</w:t>
      </w:r>
    </w:p>
    <w:p w14:paraId="43446FDD" w14:textId="77777777" w:rsidR="009924C7" w:rsidRPr="00EC17BB" w:rsidRDefault="009924C7" w:rsidP="00EC17BB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Calibri" w:hAnsi="Calibri" w:cs="Calibri"/>
          <w:lang w:val="fr-FR"/>
        </w:rPr>
        <w:t>Alternant : __________________________                                     Formation : __________________________</w:t>
      </w:r>
    </w:p>
    <w:p w14:paraId="2864BA9B" w14:textId="678E3AC1" w:rsidR="006E05C5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Calibri" w:hAnsi="Calibri" w:cs="Calibri"/>
          <w:lang w:val="fr-FR"/>
        </w:rPr>
        <w:t>Date : __________________________</w:t>
      </w:r>
      <w:r w:rsidR="009924C7" w:rsidRPr="00EC17BB">
        <w:rPr>
          <w:rFonts w:ascii="Calibri" w:hAnsi="Calibri" w:cs="Calibri"/>
          <w:lang w:val="fr-FR"/>
        </w:rPr>
        <w:t xml:space="preserve">                                     </w:t>
      </w:r>
      <w:r w:rsidRPr="00EC17BB">
        <w:rPr>
          <w:rFonts w:ascii="Calibri" w:hAnsi="Calibri" w:cs="Calibri"/>
          <w:lang w:val="fr-FR"/>
        </w:rPr>
        <w:t xml:space="preserve">Format de visite :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Présentiel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Distanciel</w:t>
      </w:r>
    </w:p>
    <w:p w14:paraId="3B57991C" w14:textId="5CD2C6FB" w:rsidR="006E05C5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Calibri" w:hAnsi="Calibri" w:cs="Calibri"/>
          <w:lang w:val="fr-FR"/>
        </w:rPr>
        <w:t>Maître d'apprentissage / représentant entreprise</w:t>
      </w:r>
      <w:r w:rsidR="00EC17BB" w:rsidRPr="00EC17BB">
        <w:rPr>
          <w:rFonts w:ascii="Calibri" w:hAnsi="Calibri" w:cs="Calibri"/>
          <w:lang w:val="fr-FR"/>
        </w:rPr>
        <w:t xml:space="preserve"> assurant la visite</w:t>
      </w:r>
      <w:r w:rsidRPr="00EC17BB">
        <w:rPr>
          <w:rFonts w:ascii="Calibri" w:hAnsi="Calibri" w:cs="Calibri"/>
          <w:lang w:val="fr-FR"/>
        </w:rPr>
        <w:t xml:space="preserve"> : __________________________</w:t>
      </w:r>
    </w:p>
    <w:p w14:paraId="3E7ADA51" w14:textId="22AC5F6D" w:rsidR="009924C7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Calibri" w:hAnsi="Calibri" w:cs="Calibri"/>
          <w:lang w:val="fr-FR"/>
        </w:rPr>
        <w:t xml:space="preserve">Tuteur académique </w:t>
      </w:r>
      <w:r w:rsidR="009924C7" w:rsidRPr="00EC17BB">
        <w:rPr>
          <w:rFonts w:ascii="Calibri" w:hAnsi="Calibri" w:cs="Calibri"/>
          <w:lang w:val="fr-FR"/>
        </w:rPr>
        <w:t>assurant la visite</w:t>
      </w:r>
      <w:r w:rsidR="00EC16C6">
        <w:rPr>
          <w:rFonts w:ascii="Calibri" w:hAnsi="Calibri" w:cs="Calibri"/>
          <w:lang w:val="fr-FR"/>
        </w:rPr>
        <w:t xml:space="preserve"> : </w:t>
      </w:r>
      <w:r w:rsidRPr="00EC17BB">
        <w:rPr>
          <w:rFonts w:ascii="Calibri" w:hAnsi="Calibri" w:cs="Calibri"/>
          <w:lang w:val="fr-FR"/>
        </w:rPr>
        <w:t>__________________________</w:t>
      </w:r>
    </w:p>
    <w:p w14:paraId="4E5946AF" w14:textId="77777777" w:rsidR="009924C7" w:rsidRPr="00EC17BB" w:rsidRDefault="009924C7" w:rsidP="00EC17BB">
      <w:pPr>
        <w:spacing w:after="0"/>
        <w:rPr>
          <w:rFonts w:ascii="Calibri" w:hAnsi="Calibri" w:cs="Calibri"/>
          <w:lang w:val="fr-FR"/>
        </w:rPr>
      </w:pPr>
    </w:p>
    <w:p w14:paraId="545322AA" w14:textId="77777777" w:rsidR="00EC16C6" w:rsidRDefault="00EC16C6" w:rsidP="009924C7">
      <w:pPr>
        <w:rPr>
          <w:rFonts w:ascii="Calibri" w:hAnsi="Calibri" w:cs="Calibri"/>
          <w:b/>
          <w:bCs/>
          <w:color w:val="00B0F0"/>
          <w:lang w:val="fr-FR"/>
        </w:rPr>
      </w:pPr>
    </w:p>
    <w:p w14:paraId="3D29DB84" w14:textId="0D175CE3" w:rsidR="006E05C5" w:rsidRPr="00EC17BB" w:rsidRDefault="00000000" w:rsidP="00EC16C6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  <w:r w:rsidRPr="00EC17BB">
        <w:rPr>
          <w:rFonts w:ascii="Calibri" w:hAnsi="Calibri" w:cs="Calibri"/>
          <w:b/>
          <w:bCs/>
          <w:color w:val="00B0F0"/>
          <w:lang w:val="fr-FR"/>
        </w:rPr>
        <w:t>MISSIONS ET ACTIVITÉS</w:t>
      </w:r>
    </w:p>
    <w:p w14:paraId="09D7348B" w14:textId="765A81F1" w:rsidR="006E05C5" w:rsidRPr="003A7EEF" w:rsidRDefault="00000000" w:rsidP="00EC16C6">
      <w:pPr>
        <w:spacing w:after="0"/>
        <w:rPr>
          <w:rFonts w:ascii="Calibri" w:hAnsi="Calibri" w:cs="Calibri"/>
          <w:b/>
          <w:bCs/>
          <w:color w:val="002060"/>
          <w:lang w:val="fr-FR"/>
        </w:rPr>
      </w:pPr>
      <w:r w:rsidRPr="003A7EEF">
        <w:rPr>
          <w:rFonts w:ascii="Calibri" w:hAnsi="Calibri" w:cs="Calibri"/>
          <w:b/>
          <w:bCs/>
          <w:color w:val="002060"/>
          <w:lang w:val="fr-FR"/>
        </w:rPr>
        <w:t xml:space="preserve">Principales </w:t>
      </w:r>
      <w:r w:rsidR="009924C7" w:rsidRPr="003A7EEF">
        <w:rPr>
          <w:rFonts w:ascii="Calibri" w:hAnsi="Calibri" w:cs="Calibri"/>
          <w:b/>
          <w:bCs/>
          <w:color w:val="002060"/>
          <w:lang w:val="fr-FR"/>
        </w:rPr>
        <w:t>tâches</w:t>
      </w:r>
      <w:r w:rsidRPr="003A7EEF">
        <w:rPr>
          <w:rFonts w:ascii="Calibri" w:hAnsi="Calibri" w:cs="Calibri"/>
          <w:b/>
          <w:bCs/>
          <w:color w:val="002060"/>
          <w:lang w:val="fr-FR"/>
        </w:rPr>
        <w:t xml:space="preserve"> actuellement confiées à l'alternant :</w:t>
      </w:r>
    </w:p>
    <w:p w14:paraId="200766F4" w14:textId="77777777" w:rsidR="006E05C5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Calibri" w:hAnsi="Calibri" w:cs="Calibri"/>
          <w:lang w:val="fr-FR"/>
        </w:rPr>
        <w:t>- __________________________________________</w:t>
      </w:r>
    </w:p>
    <w:p w14:paraId="570569CB" w14:textId="77777777" w:rsidR="006E05C5" w:rsidRDefault="00000000" w:rsidP="00EC17BB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Calibri" w:hAnsi="Calibri" w:cs="Calibri"/>
          <w:lang w:val="fr-FR"/>
        </w:rPr>
        <w:t>- __________________________________________</w:t>
      </w:r>
    </w:p>
    <w:p w14:paraId="4FE3A869" w14:textId="77777777" w:rsidR="00EC16C6" w:rsidRPr="00EC17BB" w:rsidRDefault="00EC16C6" w:rsidP="00EC17BB">
      <w:pPr>
        <w:spacing w:after="0"/>
        <w:rPr>
          <w:rFonts w:ascii="Calibri" w:hAnsi="Calibri" w:cs="Calibri"/>
          <w:lang w:val="fr-FR"/>
        </w:rPr>
      </w:pPr>
    </w:p>
    <w:p w14:paraId="4FEAAA70" w14:textId="77777777" w:rsidR="00743A11" w:rsidRDefault="00000000" w:rsidP="00743A11">
      <w:pPr>
        <w:rPr>
          <w:rFonts w:ascii="Calibri" w:hAnsi="Calibri" w:cs="Calibri"/>
          <w:lang w:val="fr-FR"/>
        </w:rPr>
      </w:pPr>
      <w:r w:rsidRPr="00EC17BB">
        <w:rPr>
          <w:rFonts w:ascii="Calibri" w:hAnsi="Calibri" w:cs="Calibri"/>
          <w:b/>
          <w:bCs/>
          <w:color w:val="002060"/>
          <w:lang w:val="fr-FR"/>
        </w:rPr>
        <w:t>Exemple concret d'une réalisation récente</w:t>
      </w:r>
      <w:r w:rsidR="009924C7" w:rsidRPr="00EC17BB">
        <w:rPr>
          <w:rFonts w:ascii="Calibri" w:hAnsi="Calibri" w:cs="Calibri"/>
          <w:b/>
          <w:bCs/>
          <w:color w:val="002060"/>
          <w:lang w:val="fr-FR"/>
        </w:rPr>
        <w:t xml:space="preserve"> </w:t>
      </w:r>
      <w:r w:rsidRPr="00EC17BB">
        <w:rPr>
          <w:rFonts w:ascii="Calibri" w:hAnsi="Calibri" w:cs="Calibri"/>
          <w:lang w:val="fr-FR"/>
        </w:rPr>
        <w:t>: __________________________________________</w:t>
      </w:r>
    </w:p>
    <w:p w14:paraId="13FEA3CD" w14:textId="1C39E2BD" w:rsidR="00EC17BB" w:rsidRPr="00923345" w:rsidRDefault="00923345" w:rsidP="00743A11">
      <w:pPr>
        <w:rPr>
          <w:rFonts w:ascii="Calibri" w:hAnsi="Calibri" w:cs="Calibri"/>
          <w:b/>
          <w:bCs/>
          <w:color w:val="002060"/>
          <w:lang w:val="fr-FR"/>
        </w:rPr>
      </w:pPr>
      <w:r>
        <w:rPr>
          <w:rFonts w:ascii="Calibri" w:hAnsi="Calibri" w:cs="Calibri"/>
          <w:b/>
          <w:bCs/>
          <w:color w:val="002060"/>
          <w:lang w:val="fr-FR"/>
        </w:rPr>
        <w:t xml:space="preserve">Par rapport aux </w:t>
      </w:r>
      <w:r w:rsidR="00743A11">
        <w:rPr>
          <w:rFonts w:ascii="Calibri" w:hAnsi="Calibri" w:cs="Calibri"/>
          <w:b/>
          <w:bCs/>
          <w:color w:val="002060"/>
          <w:lang w:val="fr-FR"/>
        </w:rPr>
        <w:t>missions contractu</w:t>
      </w:r>
      <w:r>
        <w:rPr>
          <w:rFonts w:ascii="Calibri" w:hAnsi="Calibri" w:cs="Calibri"/>
          <w:b/>
          <w:bCs/>
          <w:color w:val="002060"/>
          <w:lang w:val="fr-FR"/>
        </w:rPr>
        <w:t xml:space="preserve">alisées, </w:t>
      </w:r>
      <w:r w:rsidR="001A6E7C">
        <w:rPr>
          <w:rFonts w:ascii="Calibri" w:hAnsi="Calibri" w:cs="Calibri"/>
          <w:b/>
          <w:bCs/>
          <w:color w:val="002060"/>
          <w:lang w:val="fr-FR"/>
        </w:rPr>
        <w:t xml:space="preserve">les </w:t>
      </w:r>
      <w:r>
        <w:rPr>
          <w:rFonts w:ascii="Calibri" w:hAnsi="Calibri" w:cs="Calibri"/>
          <w:b/>
          <w:bCs/>
          <w:color w:val="002060"/>
          <w:lang w:val="fr-FR"/>
        </w:rPr>
        <w:t>missions ont-elles évolué</w:t>
      </w:r>
      <w:r w:rsidR="00743A11">
        <w:rPr>
          <w:rFonts w:ascii="Calibri" w:hAnsi="Calibri" w:cs="Calibri"/>
          <w:b/>
          <w:bCs/>
          <w:color w:val="002060"/>
          <w:lang w:val="fr-FR"/>
        </w:rPr>
        <w:t xml:space="preserve"> </w:t>
      </w:r>
      <w:r w:rsidRPr="00EC17BB">
        <w:rPr>
          <w:rFonts w:ascii="Calibri" w:hAnsi="Calibri" w:cs="Calibri"/>
          <w:lang w:val="fr-FR"/>
        </w:rPr>
        <w:t xml:space="preserve">?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Oui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Non</w:t>
      </w:r>
    </w:p>
    <w:p w14:paraId="057802DA" w14:textId="77777777" w:rsidR="00EC16C6" w:rsidRDefault="00EC16C6" w:rsidP="00EC16C6">
      <w:pPr>
        <w:spacing w:after="0"/>
        <w:rPr>
          <w:rFonts w:ascii="Calibri" w:hAnsi="Calibri" w:cs="Calibri"/>
          <w:i/>
          <w:iCs/>
          <w:lang w:val="fr-FR"/>
        </w:rPr>
      </w:pPr>
    </w:p>
    <w:p w14:paraId="04B35F5B" w14:textId="0CE3426D" w:rsidR="009924C7" w:rsidRPr="00EC17BB" w:rsidRDefault="00000000" w:rsidP="00EC16C6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i/>
          <w:iCs/>
          <w:lang w:val="fr-FR"/>
        </w:rPr>
        <w:t>Commentaire :</w:t>
      </w:r>
      <w:r w:rsidRPr="00EC17BB">
        <w:rPr>
          <w:rFonts w:ascii="Calibri" w:hAnsi="Calibri" w:cs="Calibri"/>
          <w:lang w:val="fr-FR"/>
        </w:rPr>
        <w:t xml:space="preserve"> __________________________________________</w:t>
      </w:r>
    </w:p>
    <w:p w14:paraId="5BE06EC9" w14:textId="77777777" w:rsidR="00EC16C6" w:rsidRDefault="00EC16C6" w:rsidP="00EC16C6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</w:p>
    <w:p w14:paraId="26109F92" w14:textId="0D825415" w:rsidR="006E05C5" w:rsidRPr="00EC17BB" w:rsidRDefault="00000000" w:rsidP="00EC16C6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  <w:r w:rsidRPr="00EC17BB">
        <w:rPr>
          <w:rFonts w:ascii="Calibri" w:hAnsi="Calibri" w:cs="Calibri"/>
          <w:b/>
          <w:bCs/>
          <w:color w:val="00B0F0"/>
          <w:lang w:val="fr-FR"/>
        </w:rPr>
        <w:t>PROGRESSION DE L'ALTERNANT</w:t>
      </w:r>
    </w:p>
    <w:p w14:paraId="5267A396" w14:textId="4453BF1C" w:rsidR="00EC17BB" w:rsidRPr="00EC17BB" w:rsidRDefault="00000000" w:rsidP="00EC16C6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>P</w:t>
      </w:r>
      <w:r w:rsidR="00EC17BB" w:rsidRPr="00EC16C6">
        <w:rPr>
          <w:rFonts w:ascii="Calibri" w:hAnsi="Calibri" w:cs="Calibri"/>
          <w:b/>
          <w:bCs/>
          <w:color w:val="002060"/>
          <w:lang w:val="fr-FR"/>
        </w:rPr>
        <w:t>rincipal pr</w:t>
      </w:r>
      <w:r w:rsidRPr="00EC16C6">
        <w:rPr>
          <w:rFonts w:ascii="Calibri" w:hAnsi="Calibri" w:cs="Calibri"/>
          <w:b/>
          <w:bCs/>
          <w:color w:val="002060"/>
          <w:lang w:val="fr-FR"/>
        </w:rPr>
        <w:t>ogrès observé</w:t>
      </w:r>
      <w:r w:rsidR="00EC17BB" w:rsidRPr="00EC16C6">
        <w:rPr>
          <w:rFonts w:ascii="Calibri" w:hAnsi="Calibri" w:cs="Calibri"/>
          <w:b/>
          <w:bCs/>
          <w:color w:val="002060"/>
          <w:lang w:val="fr-FR"/>
        </w:rPr>
        <w:t xml:space="preserve"> depuis la dernière visite </w:t>
      </w:r>
      <w:r w:rsidR="00EC17BB" w:rsidRPr="00EC17BB">
        <w:rPr>
          <w:rFonts w:ascii="Calibri" w:hAnsi="Calibri" w:cs="Calibri"/>
          <w:lang w:val="fr-FR"/>
        </w:rPr>
        <w:t xml:space="preserve">: </w:t>
      </w:r>
    </w:p>
    <w:p w14:paraId="0860214B" w14:textId="5163BBAA" w:rsidR="009924C7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Calibri" w:hAnsi="Calibri" w:cs="Calibri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Techniques </w:t>
      </w:r>
      <w:proofErr w:type="gramStart"/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</w:t>
      </w:r>
      <w:r w:rsidR="00743A11">
        <w:rPr>
          <w:rFonts w:ascii="Calibri" w:hAnsi="Calibri" w:cs="Calibri"/>
          <w:lang w:val="fr-FR"/>
        </w:rPr>
        <w:t xml:space="preserve"> Travail</w:t>
      </w:r>
      <w:proofErr w:type="gramEnd"/>
      <w:r w:rsidR="00743A11">
        <w:rPr>
          <w:rFonts w:ascii="Calibri" w:hAnsi="Calibri" w:cs="Calibri"/>
          <w:lang w:val="fr-FR"/>
        </w:rPr>
        <w:t xml:space="preserve"> en mode </w:t>
      </w:r>
      <w:proofErr w:type="gramStart"/>
      <w:r w:rsidR="00743A11">
        <w:rPr>
          <w:rFonts w:ascii="Calibri" w:hAnsi="Calibri" w:cs="Calibri"/>
          <w:lang w:val="fr-FR"/>
        </w:rPr>
        <w:t xml:space="preserve">projet </w:t>
      </w:r>
      <w:r w:rsidRPr="00EC17BB">
        <w:rPr>
          <w:rFonts w:ascii="Calibri" w:hAnsi="Calibri" w:cs="Calibri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proofErr w:type="gramEnd"/>
      <w:r w:rsidRPr="00EC17BB">
        <w:rPr>
          <w:rFonts w:ascii="Calibri" w:hAnsi="Calibri" w:cs="Calibri"/>
          <w:lang w:val="fr-FR"/>
        </w:rPr>
        <w:t xml:space="preserve"> Communication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Travail en équipe </w:t>
      </w:r>
    </w:p>
    <w:p w14:paraId="66C66167" w14:textId="3955D58D" w:rsidR="006E05C5" w:rsidRPr="00EC17BB" w:rsidRDefault="009924C7" w:rsidP="00EC17BB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Calibri" w:hAnsi="Calibri" w:cs="Calibri"/>
          <w:lang w:val="fr-FR"/>
        </w:rPr>
        <w:t xml:space="preserve"> </w:t>
      </w:r>
      <w:proofErr w:type="gramStart"/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 Autonomie</w:t>
      </w:r>
      <w:proofErr w:type="gramEnd"/>
      <w:r w:rsidRPr="00EC17BB">
        <w:rPr>
          <w:rFonts w:ascii="Calibri" w:hAnsi="Calibri" w:cs="Calibri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Organisation </w:t>
      </w:r>
      <w:r w:rsidR="00743A11" w:rsidRPr="00EC17BB">
        <w:rPr>
          <w:rFonts w:ascii="Segoe UI Symbol" w:hAnsi="Segoe UI Symbol" w:cs="Segoe UI Symbol"/>
          <w:lang w:val="fr-FR"/>
        </w:rPr>
        <w:t>☐</w:t>
      </w:r>
      <w:r w:rsidR="00743A11" w:rsidRPr="00EC17BB">
        <w:rPr>
          <w:rFonts w:ascii="Calibri" w:hAnsi="Calibri" w:cs="Calibri"/>
          <w:lang w:val="fr-FR"/>
        </w:rPr>
        <w:t xml:space="preserve"> </w:t>
      </w:r>
      <w:proofErr w:type="spellStart"/>
      <w:r w:rsidR="00743A11">
        <w:rPr>
          <w:rFonts w:ascii="Calibri" w:hAnsi="Calibri" w:cs="Calibri"/>
          <w:lang w:val="fr-FR"/>
        </w:rPr>
        <w:t>Reporting</w:t>
      </w:r>
      <w:proofErr w:type="spellEnd"/>
      <w:r w:rsidR="00743A11">
        <w:rPr>
          <w:rFonts w:ascii="Calibri" w:hAnsi="Calibri" w:cs="Calibri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Autre</w:t>
      </w:r>
    </w:p>
    <w:p w14:paraId="7EBB697B" w14:textId="77777777" w:rsidR="00EC17BB" w:rsidRPr="00EC17BB" w:rsidRDefault="00EC17BB" w:rsidP="00EC17BB">
      <w:pPr>
        <w:spacing w:after="0"/>
        <w:rPr>
          <w:rFonts w:ascii="Calibri" w:hAnsi="Calibri" w:cs="Calibri"/>
          <w:lang w:val="fr-FR"/>
        </w:rPr>
      </w:pPr>
    </w:p>
    <w:p w14:paraId="6393A38D" w14:textId="77A136AC" w:rsidR="006E05C5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i/>
          <w:iCs/>
          <w:lang w:val="fr-FR"/>
        </w:rPr>
        <w:t>Commentaires :</w:t>
      </w: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 </w:t>
      </w:r>
      <w:r w:rsidRPr="00EC17BB">
        <w:rPr>
          <w:rFonts w:ascii="Calibri" w:hAnsi="Calibri" w:cs="Calibri"/>
          <w:lang w:val="fr-FR"/>
        </w:rPr>
        <w:t>__________________________________________</w:t>
      </w:r>
    </w:p>
    <w:p w14:paraId="77A7481D" w14:textId="77777777" w:rsidR="009924C7" w:rsidRPr="00EC17BB" w:rsidRDefault="009924C7" w:rsidP="009924C7">
      <w:pPr>
        <w:rPr>
          <w:rFonts w:ascii="Calibri" w:hAnsi="Calibri" w:cs="Calibri"/>
          <w:lang w:val="fr-FR"/>
        </w:rPr>
      </w:pPr>
    </w:p>
    <w:p w14:paraId="52E6EA2C" w14:textId="5195B756" w:rsidR="006E05C5" w:rsidRPr="00EC17BB" w:rsidRDefault="00000000" w:rsidP="00EC16C6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  <w:r w:rsidRPr="00EC17BB">
        <w:rPr>
          <w:rFonts w:ascii="Calibri" w:hAnsi="Calibri" w:cs="Calibri"/>
          <w:b/>
          <w:bCs/>
          <w:color w:val="00B0F0"/>
          <w:lang w:val="fr-FR"/>
        </w:rPr>
        <w:t>INTÉGRATION ET ACCOMPAGNEMENT</w:t>
      </w:r>
    </w:p>
    <w:p w14:paraId="7FB269DB" w14:textId="73E46A29" w:rsidR="006E05C5" w:rsidRPr="00EC17BB" w:rsidRDefault="00923345" w:rsidP="00EC16C6">
      <w:pPr>
        <w:spacing w:after="0"/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bCs/>
          <w:color w:val="002060"/>
          <w:lang w:val="fr-FR"/>
        </w:rPr>
        <w:t>Alternant b</w:t>
      </w:r>
      <w:r w:rsidRPr="00EC16C6">
        <w:rPr>
          <w:rFonts w:ascii="Calibri" w:hAnsi="Calibri" w:cs="Calibri"/>
          <w:b/>
          <w:bCs/>
          <w:color w:val="002060"/>
          <w:lang w:val="fr-FR"/>
        </w:rPr>
        <w:t>ien intégré dans l'équipe ?</w:t>
      </w:r>
      <w:r w:rsidRPr="00EC17BB">
        <w:rPr>
          <w:rFonts w:ascii="Calibri" w:hAnsi="Calibri" w:cs="Calibri"/>
          <w:lang w:val="fr-FR"/>
        </w:rPr>
        <w:t xml:space="preserve"> </w:t>
      </w:r>
      <w:r w:rsidR="009924C7" w:rsidRPr="00EC17BB">
        <w:rPr>
          <w:rFonts w:ascii="Calibri" w:hAnsi="Calibri" w:cs="Calibri"/>
          <w:lang w:val="fr-FR"/>
        </w:rPr>
        <w:t xml:space="preserve">  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Oui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Partiellement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Non</w:t>
      </w:r>
    </w:p>
    <w:p w14:paraId="174C4129" w14:textId="0AE35187" w:rsidR="006E05C5" w:rsidRPr="00EC17BB" w:rsidRDefault="00000000" w:rsidP="009924C7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>Échanges avec le maître d'apprentissage suffisants ?</w:t>
      </w:r>
      <w:r w:rsidR="009924C7" w:rsidRPr="00EC17BB">
        <w:rPr>
          <w:rFonts w:ascii="Calibri" w:hAnsi="Calibri" w:cs="Calibri"/>
          <w:lang w:val="fr-FR"/>
        </w:rPr>
        <w:t xml:space="preserve"> </w:t>
      </w:r>
      <w:r w:rsidRPr="00EC17BB">
        <w:rPr>
          <w:rFonts w:ascii="Calibri" w:hAnsi="Calibri" w:cs="Calibri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Oui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Partiellement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Non</w:t>
      </w:r>
    </w:p>
    <w:p w14:paraId="636C8BB2" w14:textId="4DBB52AD" w:rsidR="006E05C5" w:rsidRPr="00EC17BB" w:rsidRDefault="00000000" w:rsidP="003A7EEF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>Suivi formalisé ?</w:t>
      </w:r>
      <w:r w:rsidRPr="00EC17BB">
        <w:rPr>
          <w:rFonts w:ascii="Calibri" w:hAnsi="Calibri" w:cs="Calibri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Oui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Partiellement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Non</w:t>
      </w:r>
    </w:p>
    <w:p w14:paraId="4D35D69E" w14:textId="77777777" w:rsidR="003A7EEF" w:rsidRDefault="003A7EEF" w:rsidP="003A7EEF">
      <w:pPr>
        <w:spacing w:after="0"/>
        <w:rPr>
          <w:rFonts w:ascii="Calibri" w:hAnsi="Calibri" w:cs="Calibri"/>
          <w:lang w:val="fr-FR"/>
        </w:rPr>
      </w:pPr>
    </w:p>
    <w:p w14:paraId="7058A620" w14:textId="5C914CA2" w:rsidR="009924C7" w:rsidRPr="00EC17BB" w:rsidRDefault="00000000" w:rsidP="003A7EEF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i/>
          <w:iCs/>
          <w:lang w:val="fr-FR"/>
        </w:rPr>
        <w:t xml:space="preserve">Commentaires : </w:t>
      </w:r>
      <w:r w:rsidRPr="00EC17BB">
        <w:rPr>
          <w:rFonts w:ascii="Calibri" w:hAnsi="Calibri" w:cs="Calibri"/>
          <w:lang w:val="fr-FR"/>
        </w:rPr>
        <w:t>__________________________________________</w:t>
      </w:r>
    </w:p>
    <w:p w14:paraId="080EB3CB" w14:textId="77777777" w:rsidR="003A7EEF" w:rsidRDefault="003A7EEF" w:rsidP="009924C7">
      <w:pPr>
        <w:rPr>
          <w:rFonts w:ascii="Calibri" w:hAnsi="Calibri" w:cs="Calibri"/>
          <w:b/>
          <w:bCs/>
          <w:color w:val="00B0F0"/>
          <w:lang w:val="fr-FR"/>
        </w:rPr>
      </w:pPr>
    </w:p>
    <w:p w14:paraId="437C1AE2" w14:textId="1CC9AAD9" w:rsidR="006E05C5" w:rsidRPr="00EC17BB" w:rsidRDefault="00000000" w:rsidP="00EC16C6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  <w:r w:rsidRPr="00EC17BB">
        <w:rPr>
          <w:rFonts w:ascii="Calibri" w:hAnsi="Calibri" w:cs="Calibri"/>
          <w:b/>
          <w:bCs/>
          <w:color w:val="00B0F0"/>
          <w:lang w:val="fr-FR"/>
        </w:rPr>
        <w:t xml:space="preserve">CHARGE DE TRAVAIL </w:t>
      </w:r>
    </w:p>
    <w:p w14:paraId="0B201AE2" w14:textId="5D9AFDC3" w:rsidR="006E05C5" w:rsidRPr="00EC17BB" w:rsidRDefault="00000000" w:rsidP="00EC16C6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Charge de travail </w:t>
      </w:r>
      <w:r w:rsidR="00923345">
        <w:rPr>
          <w:rFonts w:ascii="Calibri" w:hAnsi="Calibri" w:cs="Calibri"/>
          <w:b/>
          <w:bCs/>
          <w:color w:val="002060"/>
          <w:lang w:val="fr-FR"/>
        </w:rPr>
        <w:t xml:space="preserve">en entreprise </w:t>
      </w:r>
      <w:r w:rsidRPr="00EC16C6">
        <w:rPr>
          <w:rFonts w:ascii="Calibri" w:hAnsi="Calibri" w:cs="Calibri"/>
          <w:b/>
          <w:bCs/>
          <w:color w:val="002060"/>
          <w:lang w:val="fr-FR"/>
        </w:rPr>
        <w:t>adaptée ?</w:t>
      </w:r>
      <w:r w:rsidRPr="00EC17BB">
        <w:rPr>
          <w:rFonts w:ascii="Calibri" w:hAnsi="Calibri" w:cs="Calibri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Oui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Trop faible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Trop importante</w:t>
      </w:r>
    </w:p>
    <w:p w14:paraId="69B40E37" w14:textId="3C9BBBE0" w:rsidR="006E05C5" w:rsidRPr="00923345" w:rsidRDefault="00923345" w:rsidP="009924C7">
      <w:pPr>
        <w:spacing w:after="0"/>
        <w:rPr>
          <w:rFonts w:ascii="Calibri" w:hAnsi="Calibri" w:cs="Calibri"/>
          <w:b/>
          <w:bCs/>
          <w:color w:val="002060"/>
          <w:lang w:val="fr-FR"/>
        </w:rPr>
      </w:pPr>
      <w:r w:rsidRPr="00923345">
        <w:rPr>
          <w:rFonts w:ascii="Calibri" w:hAnsi="Calibri" w:cs="Calibri"/>
          <w:b/>
          <w:bCs/>
          <w:color w:val="002060"/>
          <w:lang w:val="fr-FR"/>
        </w:rPr>
        <w:t>Articulation école/entreprises satisfaisante ?</w:t>
      </w: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Oui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Quelques difficultés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Difficultés importantes</w:t>
      </w:r>
    </w:p>
    <w:p w14:paraId="00184B77" w14:textId="77777777" w:rsidR="009924C7" w:rsidRPr="00EC16C6" w:rsidRDefault="009924C7" w:rsidP="00EC16C6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>Progression académique ?</w:t>
      </w:r>
      <w:r w:rsidRPr="00EC16C6">
        <w:rPr>
          <w:rFonts w:ascii="Calibri" w:hAnsi="Calibri" w:cs="Calibri"/>
          <w:lang w:val="fr-FR"/>
        </w:rPr>
        <w:t xml:space="preserve"> </w:t>
      </w:r>
      <w:r w:rsidRPr="00EC16C6">
        <w:rPr>
          <w:rFonts w:ascii="Segoe UI Symbol" w:hAnsi="Segoe UI Symbol" w:cs="Segoe UI Symbol"/>
          <w:lang w:val="fr-FR"/>
        </w:rPr>
        <w:t>☐</w:t>
      </w:r>
      <w:r w:rsidRPr="00EC16C6">
        <w:rPr>
          <w:rFonts w:ascii="Calibri" w:hAnsi="Calibri" w:cs="Calibri"/>
          <w:lang w:val="fr-FR"/>
        </w:rPr>
        <w:t xml:space="preserve"> Oui </w:t>
      </w:r>
      <w:r w:rsidRPr="00EC16C6">
        <w:rPr>
          <w:rFonts w:ascii="Segoe UI Symbol" w:hAnsi="Segoe UI Symbol" w:cs="Segoe UI Symbol"/>
          <w:lang w:val="fr-FR"/>
        </w:rPr>
        <w:t>☐</w:t>
      </w:r>
      <w:r w:rsidRPr="00EC16C6">
        <w:rPr>
          <w:rFonts w:ascii="Calibri" w:hAnsi="Calibri" w:cs="Calibri"/>
          <w:lang w:val="fr-FR"/>
        </w:rPr>
        <w:t xml:space="preserve"> Quelques difficultés </w:t>
      </w:r>
      <w:r w:rsidRPr="00EC16C6">
        <w:rPr>
          <w:rFonts w:ascii="Segoe UI Symbol" w:hAnsi="Segoe UI Symbol" w:cs="Segoe UI Symbol"/>
          <w:lang w:val="fr-FR"/>
        </w:rPr>
        <w:t>☐</w:t>
      </w:r>
      <w:r w:rsidRPr="00EC16C6">
        <w:rPr>
          <w:rFonts w:ascii="Calibri" w:hAnsi="Calibri" w:cs="Calibri"/>
          <w:lang w:val="fr-FR"/>
        </w:rPr>
        <w:t xml:space="preserve"> Difficultés importantes</w:t>
      </w:r>
    </w:p>
    <w:p w14:paraId="41E1F377" w14:textId="77777777" w:rsidR="00EC16C6" w:rsidRPr="00EC16C6" w:rsidRDefault="00EC16C6" w:rsidP="00EC16C6">
      <w:pPr>
        <w:spacing w:after="0"/>
        <w:rPr>
          <w:rFonts w:ascii="Calibri" w:hAnsi="Calibri" w:cs="Calibri"/>
          <w:i/>
          <w:iCs/>
          <w:lang w:val="fr-FR"/>
        </w:rPr>
      </w:pPr>
    </w:p>
    <w:p w14:paraId="04F1B92A" w14:textId="74281CB3" w:rsidR="009924C7" w:rsidRPr="00EC17BB" w:rsidRDefault="00000000" w:rsidP="00EC16C6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i/>
          <w:iCs/>
          <w:lang w:val="fr-FR"/>
        </w:rPr>
        <w:t>Commentaires : ___</w:t>
      </w:r>
      <w:r w:rsidRPr="00EC17BB">
        <w:rPr>
          <w:rFonts w:ascii="Calibri" w:hAnsi="Calibri" w:cs="Calibri"/>
          <w:lang w:val="fr-FR"/>
        </w:rPr>
        <w:t>_______________________________________</w:t>
      </w:r>
    </w:p>
    <w:p w14:paraId="1349CB9E" w14:textId="77777777" w:rsidR="003A7EEF" w:rsidRDefault="003A7EEF" w:rsidP="009924C7">
      <w:pPr>
        <w:rPr>
          <w:rFonts w:ascii="Calibri" w:hAnsi="Calibri" w:cs="Calibri"/>
          <w:b/>
          <w:bCs/>
          <w:color w:val="00B0F0"/>
          <w:lang w:val="fr-FR"/>
        </w:rPr>
      </w:pPr>
    </w:p>
    <w:p w14:paraId="754A5C8C" w14:textId="1281A955" w:rsidR="006E05C5" w:rsidRPr="00EC17BB" w:rsidRDefault="00000000" w:rsidP="00EC16C6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  <w:r w:rsidRPr="00EC17BB">
        <w:rPr>
          <w:rFonts w:ascii="Calibri" w:hAnsi="Calibri" w:cs="Calibri"/>
          <w:b/>
          <w:bCs/>
          <w:color w:val="00B0F0"/>
          <w:lang w:val="fr-FR"/>
        </w:rPr>
        <w:t>MOBILITÉ INTERNATIONALE</w:t>
      </w:r>
    </w:p>
    <w:p w14:paraId="40CD6A49" w14:textId="77777777" w:rsidR="006E05C5" w:rsidRPr="00EC17BB" w:rsidRDefault="00000000" w:rsidP="00EC16C6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Projet </w:t>
      </w:r>
      <w:r w:rsidRPr="00EC17BB">
        <w:rPr>
          <w:rFonts w:ascii="Calibri" w:hAnsi="Calibri" w:cs="Calibri"/>
          <w:lang w:val="fr-FR"/>
        </w:rPr>
        <w:t xml:space="preserve">: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Déjà réalisé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Projet identifié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Projet en réflexion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Aucun projet</w:t>
      </w:r>
    </w:p>
    <w:p w14:paraId="23733D13" w14:textId="308A926C" w:rsidR="006E05C5" w:rsidRPr="00EC17BB" w:rsidRDefault="00000000" w:rsidP="009924C7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>Type :</w:t>
      </w:r>
      <w:r w:rsidRPr="00EC17BB">
        <w:rPr>
          <w:rFonts w:ascii="Calibri" w:hAnsi="Calibri" w:cs="Calibri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Stage international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Semestre académique </w:t>
      </w:r>
    </w:p>
    <w:p w14:paraId="16FAD17B" w14:textId="77777777" w:rsidR="006E05C5" w:rsidRPr="00EC17BB" w:rsidRDefault="00000000" w:rsidP="009924C7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>Projet suffisamment construit</w:t>
      </w:r>
      <w:r w:rsidRPr="00EC17BB">
        <w:rPr>
          <w:rFonts w:ascii="Calibri" w:hAnsi="Calibri" w:cs="Calibri"/>
          <w:lang w:val="fr-FR"/>
        </w:rPr>
        <w:t xml:space="preserve"> (pays, période, organisme) ?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Oui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Partiellement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Non</w:t>
      </w:r>
    </w:p>
    <w:p w14:paraId="2F430B6A" w14:textId="77777777" w:rsidR="006E05C5" w:rsidRPr="00EC17BB" w:rsidRDefault="00000000" w:rsidP="00EC16C6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>Entreprise informée et impliquée ?</w:t>
      </w:r>
      <w:r w:rsidRPr="00EC17BB">
        <w:rPr>
          <w:rFonts w:ascii="Calibri" w:hAnsi="Calibri" w:cs="Calibri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Oui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Partiellement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Non</w:t>
      </w:r>
    </w:p>
    <w:p w14:paraId="5C90501B" w14:textId="77777777" w:rsidR="00EC16C6" w:rsidRDefault="00EC16C6" w:rsidP="00EC16C6">
      <w:pPr>
        <w:spacing w:after="0"/>
        <w:rPr>
          <w:rFonts w:ascii="Calibri" w:hAnsi="Calibri" w:cs="Calibri"/>
          <w:lang w:val="fr-FR"/>
        </w:rPr>
      </w:pPr>
    </w:p>
    <w:p w14:paraId="127845E5" w14:textId="14460090" w:rsidR="00EC17BB" w:rsidRPr="00EC17BB" w:rsidRDefault="00000000" w:rsidP="00EC16C6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i/>
          <w:iCs/>
          <w:lang w:val="fr-FR"/>
        </w:rPr>
        <w:t xml:space="preserve">Commentaires : </w:t>
      </w:r>
      <w:r w:rsidRPr="00EC17BB">
        <w:rPr>
          <w:rFonts w:ascii="Calibri" w:hAnsi="Calibri" w:cs="Calibri"/>
          <w:lang w:val="fr-FR"/>
        </w:rPr>
        <w:t>__________________________________________</w:t>
      </w:r>
    </w:p>
    <w:p w14:paraId="192B654C" w14:textId="77777777" w:rsidR="00EC16C6" w:rsidRDefault="00EC16C6" w:rsidP="003A7EEF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</w:p>
    <w:p w14:paraId="7C55CF9E" w14:textId="49AD51E4" w:rsidR="003A7EEF" w:rsidRDefault="00000000" w:rsidP="003A7EEF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  <w:r w:rsidRPr="00EC17BB">
        <w:rPr>
          <w:rFonts w:ascii="Calibri" w:hAnsi="Calibri" w:cs="Calibri"/>
          <w:b/>
          <w:bCs/>
          <w:color w:val="00B0F0"/>
          <w:lang w:val="fr-FR"/>
        </w:rPr>
        <w:t>POINT DE VUE DE L'ALTERNANT</w:t>
      </w:r>
    </w:p>
    <w:p w14:paraId="6C37E543" w14:textId="1DD12A70" w:rsidR="006E05C5" w:rsidRPr="003A7EEF" w:rsidRDefault="00000000" w:rsidP="003A7EEF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Satisfaction </w:t>
      </w:r>
      <w:r w:rsidRPr="00EC17BB">
        <w:rPr>
          <w:rFonts w:ascii="Calibri" w:hAnsi="Calibri" w:cs="Calibri"/>
          <w:lang w:val="fr-FR"/>
        </w:rPr>
        <w:t xml:space="preserve">: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Très satisfait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Satisfait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Mitigé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Insatisfait</w:t>
      </w:r>
    </w:p>
    <w:p w14:paraId="55C085A8" w14:textId="77777777" w:rsidR="00EC17BB" w:rsidRPr="00EC17BB" w:rsidRDefault="00EC17BB" w:rsidP="00EC17BB">
      <w:pPr>
        <w:spacing w:after="0"/>
        <w:rPr>
          <w:rFonts w:ascii="Calibri" w:hAnsi="Calibri" w:cs="Calibri"/>
          <w:lang w:val="fr-FR"/>
        </w:rPr>
      </w:pPr>
    </w:p>
    <w:p w14:paraId="37631DB9" w14:textId="2A9FF681" w:rsidR="006E05C5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Réalisation dont il est le plus fier </w:t>
      </w:r>
      <w:r w:rsidRPr="00EC17BB">
        <w:rPr>
          <w:rFonts w:ascii="Calibri" w:hAnsi="Calibri" w:cs="Calibri"/>
          <w:lang w:val="fr-FR"/>
        </w:rPr>
        <w:t>: __________________________________________</w:t>
      </w:r>
    </w:p>
    <w:p w14:paraId="707808B6" w14:textId="77777777" w:rsidR="006E05C5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Difficulté principale </w:t>
      </w:r>
      <w:r w:rsidRPr="00EC17BB">
        <w:rPr>
          <w:rFonts w:ascii="Calibri" w:hAnsi="Calibri" w:cs="Calibri"/>
          <w:lang w:val="fr-FR"/>
        </w:rPr>
        <w:t>: __________________________________________</w:t>
      </w:r>
    </w:p>
    <w:p w14:paraId="55D8774E" w14:textId="77777777" w:rsidR="00EC17BB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Besoin d'accompagnement : </w:t>
      </w:r>
      <w:r w:rsidRPr="00EC17BB">
        <w:rPr>
          <w:rFonts w:ascii="Calibri" w:hAnsi="Calibri" w:cs="Calibri"/>
          <w:lang w:val="fr-FR"/>
        </w:rPr>
        <w:t>__________________________________________</w:t>
      </w:r>
    </w:p>
    <w:p w14:paraId="1752C0A2" w14:textId="77777777" w:rsidR="00EC17BB" w:rsidRPr="00EC17BB" w:rsidRDefault="00EC17BB" w:rsidP="00EC17BB">
      <w:pPr>
        <w:spacing w:after="0"/>
        <w:rPr>
          <w:rFonts w:ascii="Calibri" w:hAnsi="Calibri" w:cs="Calibri"/>
          <w:lang w:val="fr-FR"/>
        </w:rPr>
      </w:pPr>
    </w:p>
    <w:p w14:paraId="56D4B681" w14:textId="357632E5" w:rsidR="006E05C5" w:rsidRPr="00EC17BB" w:rsidRDefault="00000000" w:rsidP="00EC17BB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  <w:r w:rsidRPr="00EC17BB">
        <w:rPr>
          <w:rFonts w:ascii="Calibri" w:hAnsi="Calibri" w:cs="Calibri"/>
          <w:b/>
          <w:bCs/>
          <w:color w:val="00B0F0"/>
          <w:lang w:val="fr-FR"/>
        </w:rPr>
        <w:t>POINTS DE VIGILANCE</w:t>
      </w:r>
      <w:r w:rsidR="00923345">
        <w:rPr>
          <w:rFonts w:ascii="Calibri" w:hAnsi="Calibri" w:cs="Calibri"/>
          <w:b/>
          <w:bCs/>
          <w:color w:val="00B0F0"/>
          <w:lang w:val="fr-FR"/>
        </w:rPr>
        <w:t xml:space="preserve"> </w:t>
      </w:r>
    </w:p>
    <w:p w14:paraId="38420658" w14:textId="77777777" w:rsidR="003A7EEF" w:rsidRDefault="00000000" w:rsidP="003A7EEF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Aucun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Missions inadaptées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Manque d'encadrement</w:t>
      </w:r>
      <w:r w:rsidR="009924C7" w:rsidRPr="00EC17BB">
        <w:rPr>
          <w:rFonts w:ascii="Calibri" w:hAnsi="Calibri" w:cs="Calibri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Difficulté technique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Difficulté relationnelle </w:t>
      </w:r>
    </w:p>
    <w:p w14:paraId="563F4E40" w14:textId="71A73FA8" w:rsidR="006E05C5" w:rsidRPr="00EC17BB" w:rsidRDefault="00000000" w:rsidP="003A7EEF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Démotivation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Charge de travail excessive</w:t>
      </w:r>
      <w:r w:rsidR="009924C7" w:rsidRPr="00EC17BB">
        <w:rPr>
          <w:rFonts w:ascii="Calibri" w:hAnsi="Calibri" w:cs="Calibri"/>
          <w:lang w:val="fr-FR"/>
        </w:rPr>
        <w:t xml:space="preserve">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Difficulté académique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Risque de décrochage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Autre</w:t>
      </w:r>
    </w:p>
    <w:p w14:paraId="1D3E5A49" w14:textId="074A37C4" w:rsidR="00EC17BB" w:rsidRPr="00EC17BB" w:rsidRDefault="00000000" w:rsidP="00EC17BB">
      <w:pPr>
        <w:rPr>
          <w:rFonts w:ascii="Calibri" w:hAnsi="Calibri" w:cs="Calibri"/>
          <w:lang w:val="fr-FR"/>
        </w:rPr>
      </w:pPr>
      <w:r w:rsidRPr="00EC17BB">
        <w:rPr>
          <w:rFonts w:ascii="Calibri" w:hAnsi="Calibri" w:cs="Calibri"/>
          <w:lang w:val="fr-FR"/>
        </w:rPr>
        <w:t>Commentaires : __________________________________________</w:t>
      </w:r>
    </w:p>
    <w:p w14:paraId="70A5E83A" w14:textId="3839D21C" w:rsidR="006E05C5" w:rsidRPr="00EC17BB" w:rsidRDefault="00000000" w:rsidP="00EC17BB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  <w:r w:rsidRPr="00EC17BB">
        <w:rPr>
          <w:rFonts w:ascii="Calibri" w:hAnsi="Calibri" w:cs="Calibri"/>
          <w:b/>
          <w:bCs/>
          <w:color w:val="00B0F0"/>
          <w:lang w:val="fr-FR"/>
        </w:rPr>
        <w:t>PERSPECTIVES</w:t>
      </w:r>
    </w:p>
    <w:p w14:paraId="27CAF022" w14:textId="77777777" w:rsidR="006E05C5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Projets à venir </w:t>
      </w:r>
      <w:r w:rsidRPr="00EC17BB">
        <w:rPr>
          <w:rFonts w:ascii="Calibri" w:hAnsi="Calibri" w:cs="Calibri"/>
          <w:lang w:val="fr-FR"/>
        </w:rPr>
        <w:t>: __________________________________________</w:t>
      </w:r>
    </w:p>
    <w:p w14:paraId="2F6B13F5" w14:textId="77777777" w:rsidR="006E05C5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>Nouvelles responsabilités</w:t>
      </w:r>
      <w:r w:rsidRPr="00EC17BB">
        <w:rPr>
          <w:rFonts w:ascii="Calibri" w:hAnsi="Calibri" w:cs="Calibri"/>
          <w:lang w:val="fr-FR"/>
        </w:rPr>
        <w:t xml:space="preserve"> : __________________________________________</w:t>
      </w:r>
    </w:p>
    <w:p w14:paraId="21843DD2" w14:textId="02AED277" w:rsidR="00EC17BB" w:rsidRPr="00EC17BB" w:rsidRDefault="003A7EEF" w:rsidP="00EC17BB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>Principal axe de progression à évaluer lors de la prochaine visite</w:t>
      </w:r>
      <w:r w:rsidRPr="00EC17BB">
        <w:rPr>
          <w:rFonts w:ascii="Calibri" w:hAnsi="Calibri" w:cs="Calibri"/>
          <w:lang w:val="fr-FR"/>
        </w:rPr>
        <w:t>_____________</w:t>
      </w:r>
    </w:p>
    <w:p w14:paraId="15824F51" w14:textId="77777777" w:rsidR="00EC17BB" w:rsidRPr="00EC17BB" w:rsidRDefault="00EC17BB" w:rsidP="00EC17BB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</w:p>
    <w:p w14:paraId="487CFB1F" w14:textId="4329997D" w:rsidR="006E05C5" w:rsidRPr="00EC17BB" w:rsidRDefault="00000000" w:rsidP="00EC17BB">
      <w:pPr>
        <w:spacing w:after="0"/>
        <w:rPr>
          <w:rFonts w:ascii="Calibri" w:hAnsi="Calibri" w:cs="Calibri"/>
          <w:b/>
          <w:bCs/>
          <w:color w:val="00B0F0"/>
          <w:lang w:val="fr-FR"/>
        </w:rPr>
      </w:pPr>
      <w:r w:rsidRPr="00EC17BB">
        <w:rPr>
          <w:rFonts w:ascii="Calibri" w:hAnsi="Calibri" w:cs="Calibri"/>
          <w:b/>
          <w:bCs/>
          <w:color w:val="00B0F0"/>
          <w:lang w:val="fr-FR"/>
        </w:rPr>
        <w:t>CONCLUSION DU TUTEUR ACADÉMIQUE</w:t>
      </w:r>
    </w:p>
    <w:p w14:paraId="7DBAA807" w14:textId="07CCD7F4" w:rsidR="006E05C5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Trois mots-clés </w:t>
      </w:r>
      <w:r w:rsidRPr="00EC17BB">
        <w:rPr>
          <w:rFonts w:ascii="Calibri" w:hAnsi="Calibri" w:cs="Calibri"/>
          <w:lang w:val="fr-FR"/>
        </w:rPr>
        <w:t>: __________________ / __________________ / __________________</w:t>
      </w:r>
    </w:p>
    <w:p w14:paraId="7CCD1797" w14:textId="77777777" w:rsidR="006E05C5" w:rsidRPr="00EC17BB" w:rsidRDefault="00000000" w:rsidP="00EC17BB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Appréciation </w:t>
      </w:r>
      <w:r w:rsidRPr="00EC17BB">
        <w:rPr>
          <w:rFonts w:ascii="Calibri" w:hAnsi="Calibri" w:cs="Calibri"/>
          <w:lang w:val="fr-FR"/>
        </w:rPr>
        <w:t xml:space="preserve">: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Très satisfaisante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Satisfaisante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À surveiller </w:t>
      </w: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Préoccupante</w:t>
      </w:r>
    </w:p>
    <w:p w14:paraId="56BA58CF" w14:textId="77777777" w:rsidR="003A7EEF" w:rsidRDefault="003A7EEF" w:rsidP="00EC17BB">
      <w:pPr>
        <w:spacing w:after="0"/>
        <w:rPr>
          <w:rFonts w:ascii="Calibri" w:hAnsi="Calibri" w:cs="Calibri"/>
          <w:lang w:val="fr-FR"/>
        </w:rPr>
      </w:pPr>
    </w:p>
    <w:p w14:paraId="185F92ED" w14:textId="77777777" w:rsidR="00923345" w:rsidRDefault="00000000" w:rsidP="00EC17BB">
      <w:pPr>
        <w:spacing w:after="0"/>
        <w:rPr>
          <w:rFonts w:ascii="Segoe UI Symbol" w:hAnsi="Segoe UI Symbol" w:cs="Segoe UI Symbol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Actions à mettre en œuvre </w:t>
      </w:r>
      <w:r w:rsidR="003A7EEF" w:rsidRPr="00EC16C6">
        <w:rPr>
          <w:rFonts w:ascii="Calibri" w:hAnsi="Calibri" w:cs="Calibri"/>
          <w:b/>
          <w:bCs/>
          <w:color w:val="002060"/>
          <w:lang w:val="fr-FR"/>
        </w:rPr>
        <w:t>avant la prochaine visite</w:t>
      </w:r>
      <w:r w:rsidR="003A7EEF">
        <w:rPr>
          <w:rFonts w:ascii="Calibri" w:hAnsi="Calibri" w:cs="Calibri"/>
          <w:lang w:val="fr-FR"/>
        </w:rPr>
        <w:t xml:space="preserve"> </w:t>
      </w:r>
      <w:r w:rsidRPr="00EC17BB">
        <w:rPr>
          <w:rFonts w:ascii="Calibri" w:hAnsi="Calibri" w:cs="Calibri"/>
          <w:lang w:val="fr-FR"/>
        </w:rPr>
        <w:t xml:space="preserve">: </w:t>
      </w:r>
      <w:r w:rsidR="00923345" w:rsidRPr="003A7EEF">
        <w:rPr>
          <w:rFonts w:ascii="Segoe UI Symbol" w:hAnsi="Segoe UI Symbol" w:cs="Segoe UI Symbol"/>
          <w:lang w:val="fr-FR"/>
        </w:rPr>
        <w:t>☐</w:t>
      </w:r>
      <w:r w:rsidR="00923345" w:rsidRPr="003A7EEF">
        <w:rPr>
          <w:rFonts w:ascii="Calibri" w:hAnsi="Calibri" w:cs="Calibri"/>
          <w:lang w:val="fr-FR"/>
        </w:rPr>
        <w:t xml:space="preserve"> Au</w:t>
      </w:r>
      <w:r w:rsidR="00923345">
        <w:rPr>
          <w:rFonts w:ascii="Calibri" w:hAnsi="Calibri" w:cs="Calibri"/>
          <w:lang w:val="fr-FR"/>
        </w:rPr>
        <w:t>cune</w:t>
      </w:r>
      <w:r w:rsidR="00923345" w:rsidRPr="00EC17BB">
        <w:rPr>
          <w:rFonts w:ascii="Segoe UI Symbol" w:hAnsi="Segoe UI Symbol" w:cs="Segoe UI Symbol"/>
          <w:lang w:val="fr-FR"/>
        </w:rPr>
        <w:t xml:space="preserve"> </w:t>
      </w:r>
    </w:p>
    <w:p w14:paraId="3424C81E" w14:textId="4A96807D" w:rsidR="00923345" w:rsidRDefault="00EC17BB" w:rsidP="003A7EEF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</w:t>
      </w:r>
      <w:r w:rsidR="003A7EEF">
        <w:rPr>
          <w:rFonts w:ascii="Calibri" w:hAnsi="Calibri" w:cs="Calibri"/>
          <w:lang w:val="fr-FR"/>
        </w:rPr>
        <w:t xml:space="preserve">Faire un entretien personnalisé avec </w:t>
      </w:r>
      <w:r w:rsidR="00923345">
        <w:rPr>
          <w:rFonts w:ascii="Calibri" w:hAnsi="Calibri" w:cs="Calibri"/>
          <w:lang w:val="fr-FR"/>
        </w:rPr>
        <w:t>l’alternant</w:t>
      </w:r>
      <w:r w:rsidR="00923345" w:rsidRPr="00EC17BB">
        <w:rPr>
          <w:rFonts w:ascii="Calibri" w:hAnsi="Calibri" w:cs="Calibri"/>
          <w:lang w:val="fr-FR"/>
        </w:rPr>
        <w:t xml:space="preserve"> </w:t>
      </w:r>
      <w:r w:rsidR="00923345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</w:t>
      </w:r>
      <w:r w:rsidR="003A7EEF">
        <w:rPr>
          <w:rFonts w:ascii="Calibri" w:hAnsi="Calibri" w:cs="Calibri"/>
          <w:lang w:val="fr-FR"/>
        </w:rPr>
        <w:t xml:space="preserve">Prendre contact avec le Maître d’apprentissage </w:t>
      </w:r>
    </w:p>
    <w:p w14:paraId="4140EFAE" w14:textId="7D0D38A6" w:rsidR="003A7EEF" w:rsidRDefault="00EC17BB" w:rsidP="003A7EEF">
      <w:pPr>
        <w:spacing w:after="0"/>
        <w:rPr>
          <w:rFonts w:ascii="Calibri" w:hAnsi="Calibri" w:cs="Calibri"/>
          <w:lang w:val="fr-FR"/>
        </w:rPr>
      </w:pPr>
      <w:r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</w:t>
      </w:r>
      <w:r w:rsidR="003A7EEF">
        <w:rPr>
          <w:rFonts w:ascii="Calibri" w:hAnsi="Calibri" w:cs="Calibri"/>
          <w:lang w:val="fr-FR"/>
        </w:rPr>
        <w:t xml:space="preserve">Communiquer une information au service Alternance de </w:t>
      </w:r>
      <w:r w:rsidR="00923345">
        <w:rPr>
          <w:rFonts w:ascii="Calibri" w:hAnsi="Calibri" w:cs="Calibri"/>
          <w:lang w:val="fr-FR"/>
        </w:rPr>
        <w:t xml:space="preserve">l’école </w:t>
      </w:r>
      <w:r w:rsidR="00923345" w:rsidRPr="00EC17BB">
        <w:rPr>
          <w:rFonts w:ascii="Segoe UI Symbol" w:hAnsi="Segoe UI Symbol" w:cs="Segoe UI Symbol"/>
          <w:lang w:val="fr-FR"/>
        </w:rPr>
        <w:t>☐</w:t>
      </w:r>
      <w:r w:rsidRPr="00EC17BB">
        <w:rPr>
          <w:rFonts w:ascii="Calibri" w:hAnsi="Calibri" w:cs="Calibri"/>
          <w:lang w:val="fr-FR"/>
        </w:rPr>
        <w:t xml:space="preserve"> </w:t>
      </w:r>
      <w:r w:rsidR="003A7EEF">
        <w:rPr>
          <w:rFonts w:ascii="Calibri" w:hAnsi="Calibri" w:cs="Calibri"/>
          <w:lang w:val="fr-FR"/>
        </w:rPr>
        <w:t xml:space="preserve">Remonter une information au Responsable formation </w:t>
      </w:r>
      <w:r w:rsidR="00743A11">
        <w:rPr>
          <w:rFonts w:ascii="Calibri" w:hAnsi="Calibri" w:cs="Calibri"/>
          <w:lang w:val="fr-FR"/>
        </w:rPr>
        <w:t xml:space="preserve">Alternance </w:t>
      </w:r>
      <w:r w:rsidR="003A7EEF">
        <w:rPr>
          <w:rFonts w:ascii="Calibri" w:hAnsi="Calibri" w:cs="Calibri"/>
          <w:lang w:val="fr-FR"/>
        </w:rPr>
        <w:t xml:space="preserve">de l’école </w:t>
      </w:r>
      <w:r w:rsidR="00923345">
        <w:rPr>
          <w:rFonts w:ascii="Calibri" w:hAnsi="Calibri" w:cs="Calibri"/>
          <w:lang w:val="fr-FR"/>
        </w:rPr>
        <w:t xml:space="preserve"> </w:t>
      </w:r>
      <w:r w:rsidR="003A7EEF" w:rsidRPr="003A7EEF">
        <w:rPr>
          <w:rFonts w:ascii="Segoe UI Symbol" w:hAnsi="Segoe UI Symbol" w:cs="Segoe UI Symbol"/>
          <w:lang w:val="fr-FR"/>
        </w:rPr>
        <w:t>☐</w:t>
      </w:r>
      <w:r w:rsidR="003A7EEF" w:rsidRPr="003A7EEF">
        <w:rPr>
          <w:rFonts w:ascii="Calibri" w:hAnsi="Calibri" w:cs="Calibri"/>
          <w:lang w:val="fr-FR"/>
        </w:rPr>
        <w:t xml:space="preserve"> Autre</w:t>
      </w:r>
    </w:p>
    <w:p w14:paraId="26A6202F" w14:textId="77777777" w:rsidR="003A7EEF" w:rsidRDefault="003A7EEF" w:rsidP="003A7EEF">
      <w:pPr>
        <w:spacing w:after="0"/>
        <w:rPr>
          <w:rFonts w:ascii="Calibri" w:hAnsi="Calibri" w:cs="Calibri"/>
          <w:lang w:val="fr-FR"/>
        </w:rPr>
      </w:pPr>
    </w:p>
    <w:p w14:paraId="3E9C6CDE" w14:textId="12095A6A" w:rsidR="003A7EEF" w:rsidRPr="003A7EEF" w:rsidRDefault="003A7EEF" w:rsidP="003A7EEF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i/>
          <w:iCs/>
          <w:lang w:val="fr-FR"/>
        </w:rPr>
        <w:t>Commentaires :</w:t>
      </w:r>
      <w:r w:rsidRPr="00EC17BB">
        <w:rPr>
          <w:rFonts w:ascii="Calibri" w:hAnsi="Calibri" w:cs="Calibri"/>
          <w:lang w:val="fr-FR"/>
        </w:rPr>
        <w:t xml:space="preserve"> __________________________________________</w:t>
      </w:r>
    </w:p>
    <w:p w14:paraId="630EF038" w14:textId="300C02E7" w:rsidR="006E05C5" w:rsidRPr="00EC17BB" w:rsidRDefault="006E05C5" w:rsidP="00EC17BB">
      <w:pPr>
        <w:spacing w:after="0"/>
        <w:rPr>
          <w:rFonts w:ascii="Calibri" w:hAnsi="Calibri" w:cs="Calibri"/>
          <w:lang w:val="fr-FR"/>
        </w:rPr>
      </w:pPr>
    </w:p>
    <w:p w14:paraId="4F2271A1" w14:textId="77777777" w:rsidR="006E05C5" w:rsidRDefault="00000000" w:rsidP="00EC17BB">
      <w:pPr>
        <w:spacing w:after="0"/>
        <w:rPr>
          <w:rFonts w:ascii="Calibri" w:hAnsi="Calibri" w:cs="Calibri"/>
          <w:lang w:val="fr-FR"/>
        </w:rPr>
      </w:pPr>
      <w:r w:rsidRPr="00EC16C6">
        <w:rPr>
          <w:rFonts w:ascii="Calibri" w:hAnsi="Calibri" w:cs="Calibri"/>
          <w:b/>
          <w:bCs/>
          <w:color w:val="002060"/>
          <w:lang w:val="fr-FR"/>
        </w:rPr>
        <w:t xml:space="preserve">Date prochaine visite : </w:t>
      </w:r>
      <w:r w:rsidRPr="00EC17BB">
        <w:rPr>
          <w:rFonts w:ascii="Calibri" w:hAnsi="Calibri" w:cs="Calibri"/>
          <w:lang w:val="fr-FR"/>
        </w:rPr>
        <w:t>__________________________</w:t>
      </w:r>
    </w:p>
    <w:p w14:paraId="6304E5F4" w14:textId="77777777" w:rsidR="003A7EEF" w:rsidRDefault="003A7EEF" w:rsidP="00EC17BB">
      <w:pPr>
        <w:spacing w:after="0"/>
        <w:rPr>
          <w:rFonts w:ascii="Calibri" w:hAnsi="Calibri" w:cs="Calibri"/>
          <w:lang w:val="fr-FR"/>
        </w:rPr>
      </w:pPr>
    </w:p>
    <w:p w14:paraId="08C8CE95" w14:textId="77777777" w:rsidR="003A7EEF" w:rsidRDefault="003A7EEF" w:rsidP="00EC17BB">
      <w:pPr>
        <w:spacing w:after="0"/>
        <w:rPr>
          <w:rFonts w:ascii="Calibri" w:hAnsi="Calibri" w:cs="Calibri"/>
          <w:lang w:val="fr-FR"/>
        </w:rPr>
      </w:pPr>
    </w:p>
    <w:p w14:paraId="03A13E39" w14:textId="7B34CB1A" w:rsidR="003A7EEF" w:rsidRPr="00EC17BB" w:rsidRDefault="003A7EEF" w:rsidP="00EC17BB">
      <w:pPr>
        <w:spacing w:after="0"/>
        <w:rPr>
          <w:rFonts w:ascii="Calibri" w:hAnsi="Calibri" w:cs="Calibri"/>
          <w:lang w:val="fr-FR"/>
        </w:rPr>
      </w:pPr>
    </w:p>
    <w:sectPr w:rsidR="003A7EEF" w:rsidRPr="00EC17BB" w:rsidSect="003A7EEF">
      <w:pgSz w:w="12240" w:h="15840"/>
      <w:pgMar w:top="851" w:right="474" w:bottom="1135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5500851">
    <w:abstractNumId w:val="8"/>
  </w:num>
  <w:num w:numId="2" w16cid:durableId="1174732934">
    <w:abstractNumId w:val="6"/>
  </w:num>
  <w:num w:numId="3" w16cid:durableId="1580024007">
    <w:abstractNumId w:val="5"/>
  </w:num>
  <w:num w:numId="4" w16cid:durableId="323826641">
    <w:abstractNumId w:val="4"/>
  </w:num>
  <w:num w:numId="5" w16cid:durableId="1767381276">
    <w:abstractNumId w:val="7"/>
  </w:num>
  <w:num w:numId="6" w16cid:durableId="436293401">
    <w:abstractNumId w:val="3"/>
  </w:num>
  <w:num w:numId="7" w16cid:durableId="112864915">
    <w:abstractNumId w:val="2"/>
  </w:num>
  <w:num w:numId="8" w16cid:durableId="2112620996">
    <w:abstractNumId w:val="1"/>
  </w:num>
  <w:num w:numId="9" w16cid:durableId="680474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6E7C"/>
    <w:rsid w:val="0029639D"/>
    <w:rsid w:val="00326F90"/>
    <w:rsid w:val="003A7EEF"/>
    <w:rsid w:val="006E05C5"/>
    <w:rsid w:val="00743A11"/>
    <w:rsid w:val="00897188"/>
    <w:rsid w:val="00923345"/>
    <w:rsid w:val="009924C7"/>
    <w:rsid w:val="00AA1D8D"/>
    <w:rsid w:val="00B47730"/>
    <w:rsid w:val="00CB0664"/>
    <w:rsid w:val="00CC43D2"/>
    <w:rsid w:val="00EC16C6"/>
    <w:rsid w:val="00EC17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5A219"/>
  <w14:defaultImageDpi w14:val="300"/>
  <w15:docId w15:val="{D5A0C31F-4614-4F84-A2EA-D8164D27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546</Words>
  <Characters>3006</Characters>
  <Application>Microsoft Office Word</Application>
  <DocSecurity>0</DocSecurity>
  <Lines>25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FICHE VISITE ALTERNANCE</vt:lpstr>
      <vt:lpstr/>
      <vt:lpstr>Informations générales</vt:lpstr>
      <vt:lpstr/>
    </vt:vector>
  </TitlesOfParts>
  <Manager/>
  <Company/>
  <LinksUpToDate>false</LinksUpToDate>
  <CharactersWithSpaces>3545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Veronika Nedeltchev</cp:lastModifiedBy>
  <cp:revision>3</cp:revision>
  <dcterms:created xsi:type="dcterms:W3CDTF">2026-06-16T11:59:00Z</dcterms:created>
  <dcterms:modified xsi:type="dcterms:W3CDTF">2026-06-18T07:17:00Z</dcterms:modified>
  <cp:category/>
</cp:coreProperties>
</file>